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7CA2B" w14:textId="77777777" w:rsidR="0009294D" w:rsidRDefault="0009294D">
      <w:pPr>
        <w:jc w:val="center"/>
        <w:rPr>
          <w:b/>
          <w:sz w:val="34"/>
          <w:lang w:eastAsia="zh-TW"/>
        </w:rPr>
      </w:pPr>
      <w:r w:rsidRPr="0009294D">
        <w:rPr>
          <w:b/>
          <w:sz w:val="34"/>
          <w:lang w:eastAsia="zh-TW"/>
        </w:rPr>
        <w:t>115年地方公職人員選舉及全國性公民投票</w:t>
      </w:r>
    </w:p>
    <w:p w14:paraId="7C8A7FA7" w14:textId="7EF3D385" w:rsidR="00007F89" w:rsidRDefault="00113116">
      <w:pPr>
        <w:jc w:val="center"/>
        <w:rPr>
          <w:lang w:eastAsia="zh-TW"/>
        </w:rPr>
      </w:pPr>
      <w:r>
        <w:rPr>
          <w:b/>
          <w:sz w:val="34"/>
          <w:lang w:eastAsia="zh-TW"/>
        </w:rPr>
        <w:t>投開票所工作人員報名表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3402"/>
        <w:gridCol w:w="1701"/>
        <w:gridCol w:w="3402"/>
      </w:tblGrid>
      <w:tr w:rsidR="00007F89" w:rsidRPr="003C540F" w14:paraId="7D35B751" w14:textId="77777777">
        <w:trPr>
          <w:trHeight w:val="567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6850223A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姓　　名</w:t>
            </w:r>
          </w:p>
        </w:tc>
        <w:tc>
          <w:tcPr>
            <w:tcW w:w="3402" w:type="dxa"/>
            <w:vAlign w:val="center"/>
          </w:tcPr>
          <w:p w14:paraId="653DEEF3" w14:textId="77777777" w:rsidR="00007F89" w:rsidRPr="003C540F" w:rsidRDefault="00007F89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E7E6E6"/>
            <w:vAlign w:val="center"/>
          </w:tcPr>
          <w:p w14:paraId="1404BEFD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出生年月日</w:t>
            </w:r>
          </w:p>
        </w:tc>
        <w:tc>
          <w:tcPr>
            <w:tcW w:w="3402" w:type="dxa"/>
            <w:vAlign w:val="center"/>
          </w:tcPr>
          <w:p w14:paraId="151FBA2B" w14:textId="77777777" w:rsidR="00007F89" w:rsidRPr="003C540F" w:rsidRDefault="00113116">
            <w:pPr>
              <w:rPr>
                <w:sz w:val="24"/>
                <w:szCs w:val="28"/>
              </w:rPr>
            </w:pPr>
            <w:r w:rsidRPr="003C540F">
              <w:rPr>
                <w:sz w:val="24"/>
                <w:szCs w:val="28"/>
              </w:rPr>
              <w:t xml:space="preserve">　　年　　月　　日</w:t>
            </w:r>
          </w:p>
        </w:tc>
      </w:tr>
      <w:tr w:rsidR="00007F89" w:rsidRPr="003C540F" w14:paraId="6309EC12" w14:textId="77777777">
        <w:trPr>
          <w:trHeight w:val="567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10C6AB5E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身分證字號</w:t>
            </w:r>
          </w:p>
        </w:tc>
        <w:tc>
          <w:tcPr>
            <w:tcW w:w="3402" w:type="dxa"/>
            <w:vAlign w:val="center"/>
          </w:tcPr>
          <w:p w14:paraId="30A90240" w14:textId="77777777" w:rsidR="00007F89" w:rsidRPr="003C540F" w:rsidRDefault="00007F89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E7E6E6"/>
            <w:vAlign w:val="center"/>
          </w:tcPr>
          <w:p w14:paraId="5EC82791" w14:textId="77777777" w:rsidR="00007F89" w:rsidRPr="003C540F" w:rsidRDefault="00113116">
            <w:pPr>
              <w:rPr>
                <w:sz w:val="24"/>
                <w:szCs w:val="28"/>
              </w:rPr>
            </w:pPr>
            <w:r w:rsidRPr="003C540F">
              <w:rPr>
                <w:sz w:val="24"/>
                <w:szCs w:val="28"/>
              </w:rPr>
              <w:t>身分類別</w:t>
            </w:r>
          </w:p>
        </w:tc>
        <w:tc>
          <w:tcPr>
            <w:tcW w:w="3402" w:type="dxa"/>
            <w:vAlign w:val="center"/>
          </w:tcPr>
          <w:p w14:paraId="3FA2C91B" w14:textId="77777777" w:rsidR="00007F89" w:rsidRPr="003C540F" w:rsidRDefault="00113116">
            <w:pPr>
              <w:rPr>
                <w:sz w:val="24"/>
                <w:szCs w:val="28"/>
                <w:lang w:eastAsia="zh-TW"/>
              </w:rPr>
            </w:pPr>
            <w:r w:rsidRPr="003C540F">
              <w:rPr>
                <w:sz w:val="24"/>
                <w:szCs w:val="28"/>
                <w:lang w:eastAsia="zh-TW"/>
              </w:rPr>
              <w:t>□公教人員　□社會人士</w:t>
            </w:r>
          </w:p>
        </w:tc>
      </w:tr>
      <w:tr w:rsidR="00007F89" w:rsidRPr="003C540F" w14:paraId="5847100E" w14:textId="77777777">
        <w:trPr>
          <w:trHeight w:val="567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0EB25186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現任機關</w:t>
            </w:r>
          </w:p>
        </w:tc>
        <w:tc>
          <w:tcPr>
            <w:tcW w:w="3402" w:type="dxa"/>
            <w:vAlign w:val="center"/>
          </w:tcPr>
          <w:p w14:paraId="69EE3321" w14:textId="77777777" w:rsidR="00007F89" w:rsidRPr="003C540F" w:rsidRDefault="00007F89">
            <w:pPr>
              <w:rPr>
                <w:sz w:val="24"/>
                <w:szCs w:val="28"/>
              </w:rPr>
            </w:pPr>
          </w:p>
        </w:tc>
        <w:tc>
          <w:tcPr>
            <w:tcW w:w="1701" w:type="dxa"/>
            <w:shd w:val="clear" w:color="auto" w:fill="E7E6E6"/>
            <w:vAlign w:val="center"/>
          </w:tcPr>
          <w:p w14:paraId="722C74B1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職　　稱</w:t>
            </w:r>
          </w:p>
        </w:tc>
        <w:tc>
          <w:tcPr>
            <w:tcW w:w="3402" w:type="dxa"/>
            <w:vAlign w:val="center"/>
          </w:tcPr>
          <w:p w14:paraId="2E85A63C" w14:textId="77777777" w:rsidR="00007F89" w:rsidRPr="003C540F" w:rsidRDefault="00007F89">
            <w:pPr>
              <w:rPr>
                <w:sz w:val="24"/>
                <w:szCs w:val="28"/>
              </w:rPr>
            </w:pPr>
          </w:p>
        </w:tc>
      </w:tr>
      <w:tr w:rsidR="00007F89" w:rsidRPr="003C540F" w14:paraId="18771564" w14:textId="77777777">
        <w:trPr>
          <w:trHeight w:val="1247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7F00711C" w14:textId="77777777" w:rsidR="003C540F" w:rsidRPr="003C540F" w:rsidRDefault="00113116">
            <w:pPr>
              <w:jc w:val="center"/>
              <w:rPr>
                <w:b/>
                <w:sz w:val="24"/>
                <w:szCs w:val="28"/>
                <w:lang w:eastAsia="zh-TW"/>
              </w:rPr>
            </w:pPr>
            <w:r w:rsidRPr="003C540F">
              <w:rPr>
                <w:b/>
                <w:sz w:val="24"/>
                <w:szCs w:val="28"/>
                <w:lang w:eastAsia="zh-TW"/>
              </w:rPr>
              <w:t>戶籍地地址</w:t>
            </w:r>
          </w:p>
          <w:p w14:paraId="393FD522" w14:textId="68256E2C" w:rsidR="00007F89" w:rsidRPr="003C540F" w:rsidRDefault="003C540F">
            <w:pPr>
              <w:jc w:val="center"/>
              <w:rPr>
                <w:sz w:val="24"/>
                <w:szCs w:val="28"/>
                <w:lang w:eastAsia="zh-TW"/>
              </w:rPr>
            </w:pPr>
            <w:r w:rsidRPr="003C540F">
              <w:rPr>
                <w:sz w:val="24"/>
                <w:szCs w:val="28"/>
                <w:lang w:eastAsia="zh-TW"/>
              </w:rPr>
              <w:t>（務必詳填村里、鄰別）</w:t>
            </w:r>
          </w:p>
        </w:tc>
        <w:tc>
          <w:tcPr>
            <w:tcW w:w="8505" w:type="dxa"/>
            <w:gridSpan w:val="3"/>
            <w:vAlign w:val="center"/>
          </w:tcPr>
          <w:p w14:paraId="60E05057" w14:textId="4F004B4A" w:rsidR="00007F89" w:rsidRPr="003C540F" w:rsidRDefault="00113116">
            <w:pPr>
              <w:rPr>
                <w:sz w:val="24"/>
                <w:szCs w:val="28"/>
                <w:lang w:eastAsia="zh-TW"/>
              </w:rPr>
            </w:pPr>
            <w:r w:rsidRPr="003C540F">
              <w:rPr>
                <w:sz w:val="24"/>
                <w:szCs w:val="28"/>
                <w:lang w:eastAsia="zh-TW"/>
              </w:rPr>
              <w:t xml:space="preserve">　　　　縣　　　　鄉（鎮市）　　　　村（里）　　　鄰</w:t>
            </w:r>
            <w:r w:rsidRPr="003C540F">
              <w:rPr>
                <w:sz w:val="24"/>
                <w:szCs w:val="28"/>
                <w:lang w:eastAsia="zh-TW"/>
              </w:rPr>
              <w:br/>
              <w:t xml:space="preserve">　　　　街（路）　　　段　　　巷（弄）　　　號</w:t>
            </w:r>
          </w:p>
        </w:tc>
      </w:tr>
      <w:tr w:rsidR="00007F89" w:rsidRPr="003C540F" w14:paraId="13B0F8AF" w14:textId="77777777">
        <w:trPr>
          <w:trHeight w:val="680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2B7C5381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聯絡電話</w:t>
            </w:r>
          </w:p>
        </w:tc>
        <w:tc>
          <w:tcPr>
            <w:tcW w:w="8505" w:type="dxa"/>
            <w:gridSpan w:val="3"/>
            <w:vAlign w:val="center"/>
          </w:tcPr>
          <w:p w14:paraId="5B9C3BDA" w14:textId="2B4752A8" w:rsidR="00007F89" w:rsidRPr="003C540F" w:rsidRDefault="00113116">
            <w:pPr>
              <w:rPr>
                <w:sz w:val="24"/>
                <w:szCs w:val="28"/>
                <w:lang w:eastAsia="zh-TW"/>
              </w:rPr>
            </w:pPr>
            <w:r w:rsidRPr="003C540F">
              <w:rPr>
                <w:sz w:val="24"/>
                <w:szCs w:val="28"/>
                <w:lang w:eastAsia="zh-TW"/>
              </w:rPr>
              <w:t>電話：　　　　　　　　　　　　行動電話：</w:t>
            </w:r>
          </w:p>
        </w:tc>
      </w:tr>
      <w:tr w:rsidR="00007F89" w:rsidRPr="003C540F" w14:paraId="3B46B189" w14:textId="77777777">
        <w:trPr>
          <w:trHeight w:val="680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074106ED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葷　素</w:t>
            </w:r>
          </w:p>
        </w:tc>
        <w:tc>
          <w:tcPr>
            <w:tcW w:w="3402" w:type="dxa"/>
            <w:vAlign w:val="center"/>
          </w:tcPr>
          <w:p w14:paraId="64B37229" w14:textId="77777777" w:rsidR="00007F89" w:rsidRPr="003C540F" w:rsidRDefault="00113116">
            <w:pPr>
              <w:rPr>
                <w:sz w:val="24"/>
                <w:szCs w:val="28"/>
                <w:lang w:eastAsia="zh-TW"/>
              </w:rPr>
            </w:pPr>
            <w:r w:rsidRPr="003C540F">
              <w:rPr>
                <w:sz w:val="24"/>
                <w:szCs w:val="28"/>
                <w:lang w:eastAsia="zh-TW"/>
              </w:rPr>
              <w:t>□葷　□素（僅提供方便素）</w:t>
            </w:r>
          </w:p>
        </w:tc>
        <w:tc>
          <w:tcPr>
            <w:tcW w:w="1701" w:type="dxa"/>
            <w:shd w:val="clear" w:color="auto" w:fill="E7E6E6"/>
            <w:vAlign w:val="center"/>
          </w:tcPr>
          <w:p w14:paraId="532F7459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交通工具</w:t>
            </w:r>
          </w:p>
        </w:tc>
        <w:tc>
          <w:tcPr>
            <w:tcW w:w="3402" w:type="dxa"/>
            <w:vAlign w:val="center"/>
          </w:tcPr>
          <w:p w14:paraId="5E8F51EC" w14:textId="77777777" w:rsidR="00007F89" w:rsidRPr="003C540F" w:rsidRDefault="00113116">
            <w:pPr>
              <w:rPr>
                <w:sz w:val="24"/>
                <w:szCs w:val="28"/>
                <w:lang w:eastAsia="zh-TW"/>
              </w:rPr>
            </w:pPr>
            <w:r w:rsidRPr="003C540F">
              <w:rPr>
                <w:sz w:val="24"/>
                <w:szCs w:val="28"/>
                <w:lang w:eastAsia="zh-TW"/>
              </w:rPr>
              <w:t xml:space="preserve">□汽車　□機車　□其他：　　　　</w:t>
            </w:r>
          </w:p>
        </w:tc>
      </w:tr>
      <w:tr w:rsidR="00007F89" w:rsidRPr="003C540F" w14:paraId="72DC7D8C" w14:textId="77777777">
        <w:trPr>
          <w:trHeight w:val="850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2215B6B4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選務經驗</w:t>
            </w:r>
            <w:r w:rsidRPr="003C540F">
              <w:rPr>
                <w:b/>
                <w:sz w:val="24"/>
                <w:szCs w:val="28"/>
              </w:rPr>
              <w:br/>
              <w:t>（可複選）</w:t>
            </w:r>
          </w:p>
        </w:tc>
        <w:tc>
          <w:tcPr>
            <w:tcW w:w="8505" w:type="dxa"/>
            <w:gridSpan w:val="3"/>
            <w:vAlign w:val="center"/>
          </w:tcPr>
          <w:p w14:paraId="360EDA61" w14:textId="77777777" w:rsidR="00007F89" w:rsidRPr="003C540F" w:rsidRDefault="00113116">
            <w:pPr>
              <w:rPr>
                <w:sz w:val="24"/>
                <w:szCs w:val="28"/>
                <w:lang w:eastAsia="zh-TW"/>
              </w:rPr>
            </w:pPr>
            <w:r w:rsidRPr="003C540F">
              <w:rPr>
                <w:sz w:val="24"/>
                <w:szCs w:val="28"/>
                <w:lang w:eastAsia="zh-TW"/>
              </w:rPr>
              <w:t>□主任管理員　□主任監察員　□管理員　□監察員　□無選務經驗</w:t>
            </w:r>
          </w:p>
        </w:tc>
      </w:tr>
      <w:tr w:rsidR="00007F89" w:rsidRPr="003C540F" w14:paraId="2CD56553" w14:textId="77777777">
        <w:trPr>
          <w:trHeight w:val="1020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0FC95A8D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備　　註</w:t>
            </w:r>
          </w:p>
        </w:tc>
        <w:tc>
          <w:tcPr>
            <w:tcW w:w="8505" w:type="dxa"/>
            <w:gridSpan w:val="3"/>
            <w:vAlign w:val="center"/>
          </w:tcPr>
          <w:p w14:paraId="3AA37BE9" w14:textId="77777777" w:rsidR="00007F89" w:rsidRPr="003C540F" w:rsidRDefault="00113116">
            <w:pPr>
              <w:rPr>
                <w:sz w:val="24"/>
                <w:szCs w:val="28"/>
              </w:rPr>
            </w:pPr>
            <w:r w:rsidRPr="003C540F">
              <w:rPr>
                <w:sz w:val="24"/>
                <w:szCs w:val="28"/>
              </w:rPr>
              <w:br/>
            </w:r>
          </w:p>
        </w:tc>
      </w:tr>
      <w:tr w:rsidR="00007F89" w:rsidRPr="003C540F" w14:paraId="086E26B4" w14:textId="77777777">
        <w:trPr>
          <w:trHeight w:val="794"/>
          <w:jc w:val="center"/>
        </w:trPr>
        <w:tc>
          <w:tcPr>
            <w:tcW w:w="1701" w:type="dxa"/>
            <w:shd w:val="clear" w:color="auto" w:fill="E7E6E6"/>
            <w:vAlign w:val="center"/>
          </w:tcPr>
          <w:p w14:paraId="119CE62A" w14:textId="77777777" w:rsidR="00007F89" w:rsidRPr="003C540F" w:rsidRDefault="00113116">
            <w:pPr>
              <w:jc w:val="center"/>
              <w:rPr>
                <w:sz w:val="24"/>
                <w:szCs w:val="28"/>
              </w:rPr>
            </w:pPr>
            <w:r w:rsidRPr="003C540F">
              <w:rPr>
                <w:b/>
                <w:sz w:val="24"/>
                <w:szCs w:val="28"/>
              </w:rPr>
              <w:t>本人簽名</w:t>
            </w:r>
          </w:p>
        </w:tc>
        <w:tc>
          <w:tcPr>
            <w:tcW w:w="8505" w:type="dxa"/>
            <w:gridSpan w:val="3"/>
            <w:vAlign w:val="center"/>
          </w:tcPr>
          <w:p w14:paraId="4B3697E6" w14:textId="77777777" w:rsidR="00007F89" w:rsidRPr="003C540F" w:rsidRDefault="00113116">
            <w:pPr>
              <w:rPr>
                <w:sz w:val="24"/>
                <w:szCs w:val="28"/>
              </w:rPr>
            </w:pPr>
            <w:r w:rsidRPr="003C540F">
              <w:rPr>
                <w:sz w:val="24"/>
                <w:szCs w:val="28"/>
              </w:rPr>
              <w:t xml:space="preserve">　　　　　　　　　　　　　　　填表日期：115年　　月　　日</w:t>
            </w:r>
          </w:p>
        </w:tc>
      </w:tr>
    </w:tbl>
    <w:p w14:paraId="04CF7A32" w14:textId="77777777" w:rsidR="00007F89" w:rsidRDefault="00007F89"/>
    <w:p w14:paraId="268F897C" w14:textId="77777777" w:rsidR="00007F89" w:rsidRPr="003C540F" w:rsidRDefault="00113116">
      <w:pPr>
        <w:rPr>
          <w:sz w:val="28"/>
          <w:szCs w:val="28"/>
          <w:lang w:eastAsia="zh-TW"/>
        </w:rPr>
      </w:pPr>
      <w:r w:rsidRPr="003C540F">
        <w:rPr>
          <w:b/>
          <w:sz w:val="28"/>
          <w:szCs w:val="28"/>
          <w:lang w:eastAsia="zh-TW"/>
        </w:rPr>
        <w:t>附註：</w:t>
      </w:r>
    </w:p>
    <w:p w14:paraId="6B9A3229" w14:textId="77777777" w:rsidR="00007F89" w:rsidRPr="003C540F" w:rsidRDefault="00113116">
      <w:pPr>
        <w:spacing w:after="20"/>
        <w:ind w:left="170"/>
        <w:rPr>
          <w:sz w:val="28"/>
          <w:szCs w:val="28"/>
          <w:lang w:eastAsia="zh-TW"/>
        </w:rPr>
      </w:pPr>
      <w:r w:rsidRPr="003C540F">
        <w:rPr>
          <w:szCs w:val="28"/>
          <w:lang w:eastAsia="zh-TW"/>
        </w:rPr>
        <w:t>1. 投票日為115年11月28日（星期六）。</w:t>
      </w:r>
    </w:p>
    <w:p w14:paraId="1583401D" w14:textId="77777777" w:rsidR="00007F89" w:rsidRPr="003C540F" w:rsidRDefault="00113116">
      <w:pPr>
        <w:spacing w:after="20"/>
        <w:ind w:left="170"/>
        <w:rPr>
          <w:sz w:val="28"/>
          <w:szCs w:val="28"/>
          <w:lang w:eastAsia="zh-TW"/>
        </w:rPr>
      </w:pPr>
      <w:r w:rsidRPr="003C540F">
        <w:rPr>
          <w:szCs w:val="28"/>
          <w:lang w:eastAsia="zh-TW"/>
        </w:rPr>
        <w:t>2. 報名後將依年齡、選務經驗及人力配置等實際條件進行遴選，是否獲遴派以成功鎮公所通知為準。</w:t>
      </w:r>
    </w:p>
    <w:p w14:paraId="673F5DB1" w14:textId="3FA52FE0" w:rsidR="00007F89" w:rsidRPr="003C540F" w:rsidRDefault="00113116">
      <w:pPr>
        <w:spacing w:after="20"/>
        <w:ind w:left="170"/>
        <w:rPr>
          <w:sz w:val="28"/>
          <w:szCs w:val="28"/>
          <w:lang w:eastAsia="zh-TW"/>
        </w:rPr>
      </w:pPr>
      <w:r w:rsidRPr="003C540F">
        <w:rPr>
          <w:szCs w:val="28"/>
          <w:lang w:eastAsia="zh-TW"/>
        </w:rPr>
        <w:t>3. 獲遴派者須參加本所舉辦之選務工作人員講習，相關時間及地點另行通知。</w:t>
      </w:r>
    </w:p>
    <w:p w14:paraId="04FA423F" w14:textId="5DA665F8" w:rsidR="00007F89" w:rsidRPr="003C540F" w:rsidRDefault="00113116">
      <w:pPr>
        <w:spacing w:after="20"/>
        <w:ind w:left="170"/>
        <w:rPr>
          <w:sz w:val="28"/>
          <w:szCs w:val="28"/>
          <w:lang w:eastAsia="zh-TW"/>
        </w:rPr>
      </w:pPr>
      <w:r w:rsidRPr="003C540F">
        <w:rPr>
          <w:szCs w:val="28"/>
          <w:lang w:eastAsia="zh-TW"/>
        </w:rPr>
        <w:t>4.</w:t>
      </w:r>
      <w:r w:rsidRPr="003C540F">
        <w:rPr>
          <w:color w:val="EE0000"/>
          <w:szCs w:val="28"/>
          <w:lang w:eastAsia="zh-TW"/>
        </w:rPr>
        <w:t>工作人員戶籍所在地與工作地如非屬同一里，無法於工作地投票</w:t>
      </w:r>
      <w:r w:rsidRPr="003C540F">
        <w:rPr>
          <w:szCs w:val="28"/>
          <w:lang w:eastAsia="zh-TW"/>
        </w:rPr>
        <w:t>。</w:t>
      </w:r>
    </w:p>
    <w:p w14:paraId="0FCC106E" w14:textId="77777777" w:rsidR="00007F89" w:rsidRPr="003C540F" w:rsidRDefault="00113116">
      <w:pPr>
        <w:spacing w:before="80" w:after="0"/>
        <w:rPr>
          <w:sz w:val="28"/>
          <w:szCs w:val="28"/>
          <w:lang w:eastAsia="zh-TW"/>
        </w:rPr>
      </w:pPr>
      <w:r w:rsidRPr="003C540F">
        <w:rPr>
          <w:b/>
          <w:sz w:val="24"/>
          <w:szCs w:val="28"/>
          <w:lang w:eastAsia="zh-TW"/>
        </w:rPr>
        <w:t>填寫完畢後請逕寄至承辦人信箱，並請來電確認，謝謝。</w:t>
      </w:r>
    </w:p>
    <w:p w14:paraId="229EFF84" w14:textId="77777777" w:rsidR="00007F89" w:rsidRPr="003C540F" w:rsidRDefault="00113116">
      <w:pPr>
        <w:spacing w:after="0"/>
        <w:rPr>
          <w:sz w:val="28"/>
          <w:szCs w:val="28"/>
        </w:rPr>
      </w:pPr>
      <w:r w:rsidRPr="003C540F">
        <w:rPr>
          <w:sz w:val="24"/>
          <w:szCs w:val="28"/>
        </w:rPr>
        <w:t>E-mail：ck0322@ck.taitung.gov.tw　｜　承辦人：黃小姐</w:t>
      </w:r>
    </w:p>
    <w:p w14:paraId="48BD1D3B" w14:textId="77777777" w:rsidR="00007F89" w:rsidRPr="003C540F" w:rsidRDefault="00113116">
      <w:pPr>
        <w:spacing w:after="0"/>
        <w:rPr>
          <w:sz w:val="28"/>
          <w:szCs w:val="28"/>
          <w:lang w:eastAsia="zh-TW"/>
        </w:rPr>
      </w:pPr>
      <w:r w:rsidRPr="003C540F">
        <w:rPr>
          <w:sz w:val="24"/>
          <w:szCs w:val="28"/>
          <w:lang w:eastAsia="zh-TW"/>
        </w:rPr>
        <w:t>成功鎮公所　聯絡電話：089-851004 分機28</w:t>
      </w:r>
    </w:p>
    <w:sectPr w:rsidR="00007F89" w:rsidRPr="003C540F" w:rsidSect="00034616">
      <w:pgSz w:w="11906" w:h="16838"/>
      <w:pgMar w:top="794" w:right="850" w:bottom="794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E116F" w14:textId="77777777" w:rsidR="005B008D" w:rsidRDefault="005B008D" w:rsidP="00E22578">
      <w:pPr>
        <w:spacing w:after="0" w:line="240" w:lineRule="auto"/>
      </w:pPr>
      <w:r>
        <w:separator/>
      </w:r>
    </w:p>
  </w:endnote>
  <w:endnote w:type="continuationSeparator" w:id="0">
    <w:p w14:paraId="3B385343" w14:textId="77777777" w:rsidR="005B008D" w:rsidRDefault="005B008D" w:rsidP="00E225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50A48" w14:textId="77777777" w:rsidR="005B008D" w:rsidRDefault="005B008D" w:rsidP="00E22578">
      <w:pPr>
        <w:spacing w:after="0" w:line="240" w:lineRule="auto"/>
      </w:pPr>
      <w:r>
        <w:separator/>
      </w:r>
    </w:p>
  </w:footnote>
  <w:footnote w:type="continuationSeparator" w:id="0">
    <w:p w14:paraId="63041649" w14:textId="77777777" w:rsidR="005B008D" w:rsidRDefault="005B008D" w:rsidP="00E225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729232">
    <w:abstractNumId w:val="8"/>
  </w:num>
  <w:num w:numId="2" w16cid:durableId="1093361125">
    <w:abstractNumId w:val="6"/>
  </w:num>
  <w:num w:numId="3" w16cid:durableId="639727971">
    <w:abstractNumId w:val="5"/>
  </w:num>
  <w:num w:numId="4" w16cid:durableId="1412897179">
    <w:abstractNumId w:val="4"/>
  </w:num>
  <w:num w:numId="5" w16cid:durableId="750394223">
    <w:abstractNumId w:val="7"/>
  </w:num>
  <w:num w:numId="6" w16cid:durableId="756290646">
    <w:abstractNumId w:val="3"/>
  </w:num>
  <w:num w:numId="7" w16cid:durableId="1795363290">
    <w:abstractNumId w:val="2"/>
  </w:num>
  <w:num w:numId="8" w16cid:durableId="73668015">
    <w:abstractNumId w:val="1"/>
  </w:num>
  <w:num w:numId="9" w16cid:durableId="2002268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7F89"/>
    <w:rsid w:val="00034616"/>
    <w:rsid w:val="0006063C"/>
    <w:rsid w:val="0009294D"/>
    <w:rsid w:val="000C4AA6"/>
    <w:rsid w:val="00113116"/>
    <w:rsid w:val="0015074B"/>
    <w:rsid w:val="0029639D"/>
    <w:rsid w:val="00326F90"/>
    <w:rsid w:val="003C540F"/>
    <w:rsid w:val="005B008D"/>
    <w:rsid w:val="00AA1D8D"/>
    <w:rsid w:val="00B47730"/>
    <w:rsid w:val="00CB0664"/>
    <w:rsid w:val="00E22578"/>
    <w:rsid w:val="00F615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4A222FB"/>
  <w14:defaultImageDpi w14:val="300"/>
  <w15:docId w15:val="{FE66BC89-7777-433C-8053-AFB71C6E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微軟正黑體" w:eastAsia="微軟正黑體" w:hAnsi="微軟正黑體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民政課02</cp:lastModifiedBy>
  <cp:revision>4</cp:revision>
  <dcterms:created xsi:type="dcterms:W3CDTF">2013-12-23T23:15:00Z</dcterms:created>
  <dcterms:modified xsi:type="dcterms:W3CDTF">2026-09-07T00:19:00Z</dcterms:modified>
  <cp:category/>
</cp:coreProperties>
</file>